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Loveland Loves Wieners</w:t>
      </w:r>
    </w:p>
    <w:p>
      <w:pPr>
        <w:jc w:val="center"/>
      </w:pPr>
      <w:r>
        <w:rPr>
          <w:b/>
        </w:rPr>
        <w:t>Vendor Application</w:t>
        <w:br/>
      </w:r>
      <w:r>
        <w:t>Thank you for your interest in becoming a vendor at Loveland Loves Wieners! We're building a fun, family friendly event celebrating dachshunds, local businesses, great food, and our Northern Colorado community. To create the best experience for everyone, we carefully curate our vendor lineup.</w:t>
        <w:br/>
        <w:br/>
        <w:t>Please complete this application. Submission does not guarantee acceptance.</w:t>
      </w:r>
    </w:p>
    <w:p>
      <w:pPr>
        <w:pStyle w:val="Heading2"/>
      </w:pPr>
      <w:r>
        <w:t>Business Information</w:t>
      </w:r>
    </w:p>
    <w:p>
      <w:r>
        <w:t>Business Name: ____________________________________________________________</w:t>
      </w:r>
    </w:p>
    <w:p>
      <w:r>
        <w:t>Owner/Primary Contact: ____________________________________________________________</w:t>
      </w:r>
    </w:p>
    <w:p>
      <w:r>
        <w:t>Phone Number: ____________________________________________________________</w:t>
      </w:r>
    </w:p>
    <w:p>
      <w:r>
        <w:t>Email Address: ____________________________________________________________</w:t>
      </w:r>
    </w:p>
    <w:p>
      <w:r>
        <w:t>Website: ____________________________________________________________</w:t>
      </w:r>
    </w:p>
    <w:p>
      <w:r>
        <w:t>Facebook: ____________________________________________________________</w:t>
      </w:r>
    </w:p>
    <w:p>
      <w:r>
        <w:t>Instagram: ____________________________________________________________</w:t>
      </w:r>
    </w:p>
    <w:p>
      <w:r>
        <w:t>Business Address: ____________________________________________________________</w:t>
      </w:r>
    </w:p>
    <w:p>
      <w:pPr>
        <w:pStyle w:val="Heading2"/>
      </w:pPr>
      <w:r>
        <w:t>Vendor Category</w:t>
      </w:r>
    </w:p>
    <w:p>
      <w:r>
        <w:t>☐ Pet Products</w:t>
      </w:r>
    </w:p>
    <w:p>
      <w:r>
        <w:t>☐ Pet Services</w:t>
      </w:r>
    </w:p>
    <w:p>
      <w:r>
        <w:t>☐ Boutique/Retail</w:t>
      </w:r>
    </w:p>
    <w:p>
      <w:r>
        <w:t>☐ Handmade Goods</w:t>
      </w:r>
    </w:p>
    <w:p>
      <w:r>
        <w:t>☐ Home Décor</w:t>
      </w:r>
    </w:p>
    <w:p>
      <w:r>
        <w:t>☐ Jewelry</w:t>
      </w:r>
    </w:p>
    <w:p>
      <w:r>
        <w:t>☐ Apparel</w:t>
      </w:r>
    </w:p>
    <w:p>
      <w:r>
        <w:t>☐ Food Vendor</w:t>
      </w:r>
    </w:p>
    <w:p>
      <w:r>
        <w:t>☐ Food Truck</w:t>
      </w:r>
    </w:p>
    <w:p>
      <w:r>
        <w:t>☐ Nonprofit</w:t>
      </w:r>
    </w:p>
    <w:p>
      <w:r>
        <w:t>☐ Children's Activities</w:t>
      </w:r>
    </w:p>
    <w:p>
      <w:r>
        <w:t>☐ Health &amp; Wellness</w:t>
      </w:r>
    </w:p>
    <w:p>
      <w:r>
        <w:t>☐ Local Business</w:t>
      </w:r>
    </w:p>
    <w:p>
      <w:r>
        <w:t>☐ Other</w:t>
      </w:r>
    </w:p>
    <w:p>
      <w:pPr>
        <w:pStyle w:val="Heading2"/>
      </w:pPr>
      <w:r>
        <w:t>Tell Us About Your Business</w:t>
      </w:r>
    </w:p>
    <w:p>
      <w:r>
        <w:t>Business Description: 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pPr>
        <w:pStyle w:val="Heading2"/>
      </w:pPr>
      <w:r>
        <w:t>Products or Services</w:t>
      </w:r>
    </w:p>
    <w:p>
      <w:r>
        <w:t>What will you be selling or promoting?: 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pPr>
        <w:pStyle w:val="Heading2"/>
      </w:pPr>
      <w:r>
        <w:t>Booth Information</w:t>
      </w:r>
    </w:p>
    <w:p>
      <w:r>
        <w:t>Booth Size Requested: ______________________</w:t>
      </w:r>
    </w:p>
    <w:p>
      <w:r>
        <w:t>Electricity Needed:   ☐ Yes   ☐ No</w:t>
      </w:r>
    </w:p>
    <w:p>
      <w:r>
        <w:t>Canopy:   ☐ Yes   ☐ No</w:t>
      </w:r>
    </w:p>
    <w:p>
      <w:r>
        <w:t>Trailer or Vehicle:   ☐ Yes   ☐ No</w:t>
      </w:r>
    </w:p>
    <w:p>
      <w:r>
        <w:t>If yes, please describe: ____________________________________________________________</w:t>
      </w:r>
    </w:p>
    <w:p>
      <w:r>
        <w:t>___________________________________________________________________________</w:t>
      </w:r>
    </w:p>
    <w:p>
      <w:pPr>
        <w:pStyle w:val="Heading2"/>
      </w:pPr>
      <w:r>
        <w:t>Social Media</w:t>
      </w:r>
    </w:p>
    <w:p>
      <w:r>
        <w:t>Instagram: ____________________________________________________________</w:t>
      </w:r>
    </w:p>
    <w:p>
      <w:r>
        <w:t>Facebook: ____________________________________________________________</w:t>
      </w:r>
    </w:p>
    <w:p>
      <w:r>
        <w:t>TikTok: ____________________________________________________________</w:t>
      </w:r>
    </w:p>
    <w:p>
      <w:pPr>
        <w:pStyle w:val="Heading2"/>
      </w:pPr>
      <w:r>
        <w:t>Previous Events</w:t>
      </w:r>
    </w:p>
    <w:p>
      <w:r>
        <w:t>Have you participated in other festivals or markets?   ☐ Yes   ☐ No</w:t>
      </w:r>
    </w:p>
    <w:p>
      <w:r>
        <w:t>If yes, please list a few: ____________________________________________________________</w:t>
      </w:r>
    </w:p>
    <w:p>
      <w:r>
        <w:t>___________________________________________________________________________</w:t>
      </w:r>
    </w:p>
    <w:p>
      <w:r>
        <w:t>___________________________________________________________________________</w:t>
      </w:r>
    </w:p>
    <w:p>
      <w:pPr>
        <w:pStyle w:val="Heading2"/>
      </w:pPr>
      <w:r>
        <w:t>Required Photos</w:t>
      </w:r>
    </w:p>
    <w:p>
      <w:r>
        <w:t>Please attach:</w:t>
        <w:br/>
        <w:t>• Business logo</w:t>
        <w:br/>
        <w:t>• Booth photo</w:t>
        <w:br/>
        <w:t>• 3–5 product photos</w:t>
      </w:r>
    </w:p>
    <w:p>
      <w:pPr>
        <w:pStyle w:val="Heading2"/>
      </w:pPr>
      <w:r>
        <w:t>Booth Fee</w:t>
      </w:r>
    </w:p>
    <w:p>
      <w:r>
        <w:t>Booth Type: ____________________________________________________________</w:t>
      </w:r>
    </w:p>
    <w:p>
      <w:r>
        <w:t>Amount Paid: ____________________________________________________________</w:t>
      </w:r>
    </w:p>
    <w:p>
      <w:pPr>
        <w:pStyle w:val="Heading2"/>
      </w:pPr>
      <w:r>
        <w:t>Sponsorship Interest</w:t>
      </w:r>
    </w:p>
    <w:p>
      <w:r>
        <w:t>☐ Event Sponsor</w:t>
      </w:r>
    </w:p>
    <w:p>
      <w:r>
        <w:t>☐ Wiener Race Sponsor</w:t>
      </w:r>
    </w:p>
    <w:p>
      <w:r>
        <w:t>☐ Photo Booth Sponsor</w:t>
      </w:r>
    </w:p>
    <w:p>
      <w:r>
        <w:t>☐ Activity Sponsor</w:t>
      </w:r>
    </w:p>
    <w:p>
      <w:r>
        <w:t>☐ Goodie Bag Sponsor</w:t>
      </w:r>
    </w:p>
    <w:p>
      <w:r>
        <w:t>☐ I'd like more information</w:t>
      </w:r>
    </w:p>
    <w:p>
      <w:pPr>
        <w:pStyle w:val="Heading2"/>
      </w:pPr>
      <w:r>
        <w:t>How Did You Hear About Us?</w:t>
      </w:r>
    </w:p>
    <w:p>
      <w:r>
        <w:t>☐ Facebook</w:t>
      </w:r>
    </w:p>
    <w:p>
      <w:r>
        <w:t>☐ Instagram</w:t>
      </w:r>
    </w:p>
    <w:p>
      <w:r>
        <w:t>☐ Loveland + South Lifestyle</w:t>
      </w:r>
    </w:p>
    <w:p>
      <w:r>
        <w:t>☐ Friend</w:t>
      </w:r>
    </w:p>
    <w:p>
      <w:r>
        <w:t>☐ Vendor Referral</w:t>
      </w:r>
    </w:p>
    <w:p>
      <w:r>
        <w:t>☐ Other</w:t>
      </w:r>
    </w:p>
    <w:p>
      <w:pPr>
        <w:pStyle w:val="Heading2"/>
      </w:pPr>
      <w:r>
        <w:t>Vendor Agreement</w:t>
      </w:r>
    </w:p>
    <w:p>
      <w:r>
        <w:t>By signing below, I certify that the information provided is accurate. I understand that submission of this application does not guarantee acceptance into the event. If accepted, I agree to comply with all event rules, provide my own booth equipment unless otherwise specified, remain open during event hours, and obtain any required permits or insurance.</w:t>
      </w:r>
    </w:p>
    <w:p>
      <w:r>
        <w:t>Printed Name: ____________________________________________________________</w:t>
      </w:r>
    </w:p>
    <w:p>
      <w:r>
        <w:t>Signature: ____________________________________________________________</w:t>
      </w:r>
    </w:p>
    <w:p>
      <w:r>
        <w:t>Date: ____________________________________________________________</w:t>
      </w:r>
    </w:p>
    <w:p>
      <w:r>
        <w:br w:type="page"/>
      </w:r>
    </w:p>
    <w:p>
      <w:pPr>
        <w:pStyle w:val="Heading2"/>
      </w:pPr>
      <w:r>
        <w:t>For Event Staff Use Only</w:t>
      </w:r>
    </w:p>
    <w:p>
      <w:r>
        <w:t>Date Received: ____________________________________________________________</w:t>
      </w:r>
    </w:p>
    <w:p>
      <w:r>
        <w:t>Approved: ____________________________________________________________</w:t>
      </w:r>
    </w:p>
    <w:p>
      <w:r>
        <w:t>Denied: ____________________________________________________________</w:t>
      </w:r>
    </w:p>
    <w:p>
      <w:r>
        <w:t>Booth Number: ____________________________________________________________</w:t>
      </w:r>
    </w:p>
    <w:p>
      <w:r>
        <w:t>Booth Fee Received: ____________________________________________________________</w:t>
      </w:r>
    </w:p>
    <w:p>
      <w:r>
        <w:t>Notes: ____________________________________________________________</w:t>
      </w:r>
    </w:p>
    <w:p>
      <w:r>
        <w:t>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